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548D15" w14:textId="77777777" w:rsidR="0035495C" w:rsidRDefault="00000000">
      <w:pPr>
        <w:pStyle w:val="Heading1"/>
      </w:pPr>
      <w:r>
        <w:t>Meeting Minutes</w:t>
      </w:r>
    </w:p>
    <w:p w14:paraId="1DB52C8F" w14:textId="77777777" w:rsidR="0035495C" w:rsidRDefault="00000000">
      <w:r>
        <w:t>Date:  September 8, 2026</w:t>
      </w:r>
    </w:p>
    <w:p w14:paraId="4A7B19D4" w14:textId="77777777" w:rsidR="0035495C" w:rsidRDefault="00000000">
      <w:r>
        <w:t>Call to Order: 5:15 PM</w:t>
      </w:r>
    </w:p>
    <w:p w14:paraId="6F9AB679" w14:textId="77777777" w:rsidR="0035495C" w:rsidRDefault="00000000">
      <w:r>
        <w:t>Location: Richmond School Library</w:t>
      </w:r>
    </w:p>
    <w:p w14:paraId="1D5745B5" w14:textId="77777777" w:rsidR="0035495C" w:rsidRDefault="00000000">
      <w:pPr>
        <w:pStyle w:val="Heading2"/>
      </w:pPr>
      <w:r>
        <w:t>Attendees</w:t>
      </w:r>
    </w:p>
    <w:p w14:paraId="3819ED12" w14:textId="77777777" w:rsidR="0035495C" w:rsidRDefault="0035495C">
      <w:pPr>
        <w:pStyle w:val="ListBullet"/>
        <w:sectPr w:rsidR="0035495C" w:rsidSect="00034616">
          <w:headerReference w:type="default" r:id="rId8"/>
          <w:pgSz w:w="12240" w:h="15840"/>
          <w:pgMar w:top="1440" w:right="1800" w:bottom="1440" w:left="1800" w:header="720" w:footer="720" w:gutter="0"/>
          <w:cols w:space="720"/>
          <w:docGrid w:linePitch="360"/>
        </w:sectPr>
      </w:pPr>
    </w:p>
    <w:p w14:paraId="55A8ADD8" w14:textId="77777777" w:rsidR="0035495C" w:rsidRDefault="00000000">
      <w:pPr>
        <w:pStyle w:val="ListBullet"/>
      </w:pPr>
      <w:r>
        <w:t>Monica Major</w:t>
      </w:r>
    </w:p>
    <w:p w14:paraId="43221D4C" w14:textId="77777777" w:rsidR="0035495C" w:rsidRDefault="00000000">
      <w:pPr>
        <w:pStyle w:val="ListBullet"/>
      </w:pPr>
      <w:r>
        <w:t>Patty Parker</w:t>
      </w:r>
    </w:p>
    <w:p w14:paraId="0ECAC0AF" w14:textId="77777777" w:rsidR="0035495C" w:rsidRDefault="00000000">
      <w:pPr>
        <w:pStyle w:val="ListBullet"/>
      </w:pPr>
      <w:r>
        <w:t>Brian Boyer</w:t>
      </w:r>
    </w:p>
    <w:p w14:paraId="134EA569" w14:textId="77777777" w:rsidR="0035495C" w:rsidRDefault="0035495C">
      <w:pPr>
        <w:pStyle w:val="ListBullet"/>
        <w:numPr>
          <w:ilvl w:val="0"/>
          <w:numId w:val="0"/>
        </w:numPr>
        <w:ind w:left="360" w:hanging="360"/>
      </w:pPr>
    </w:p>
    <w:p w14:paraId="4B2C6A96" w14:textId="77777777" w:rsidR="0035495C" w:rsidRDefault="00000000">
      <w:pPr>
        <w:pStyle w:val="ListBullet"/>
      </w:pPr>
      <w:r>
        <w:t>Valerie White</w:t>
      </w:r>
    </w:p>
    <w:p w14:paraId="0201D43D" w14:textId="77777777" w:rsidR="0035495C" w:rsidRDefault="00000000">
      <w:pPr>
        <w:pStyle w:val="ListBullet"/>
      </w:pPr>
      <w:r>
        <w:t>Gracie Phillips</w:t>
      </w:r>
    </w:p>
    <w:p w14:paraId="1B37D02D" w14:textId="77777777" w:rsidR="0035495C" w:rsidRDefault="00000000">
      <w:pPr>
        <w:pStyle w:val="ListBullet"/>
      </w:pPr>
      <w:r>
        <w:t>Josephine Carman</w:t>
      </w:r>
    </w:p>
    <w:p w14:paraId="473A01AD" w14:textId="77777777" w:rsidR="0035495C" w:rsidRDefault="0035495C">
      <w:pPr>
        <w:pStyle w:val="ListBullet"/>
        <w:numPr>
          <w:ilvl w:val="0"/>
          <w:numId w:val="0"/>
        </w:numPr>
        <w:ind w:left="360"/>
        <w:sectPr w:rsidR="0035495C" w:rsidSect="00C21D14">
          <w:type w:val="continuous"/>
          <w:pgSz w:w="12240" w:h="15840"/>
          <w:pgMar w:top="1440" w:right="1800" w:bottom="1440" w:left="1800" w:header="720" w:footer="720" w:gutter="0"/>
          <w:cols w:num="2" w:space="720"/>
          <w:docGrid w:linePitch="360"/>
        </w:sectPr>
      </w:pPr>
    </w:p>
    <w:p w14:paraId="175F2497" w14:textId="77777777" w:rsidR="0035495C" w:rsidRDefault="00000000">
      <w:pPr>
        <w:pStyle w:val="Heading2"/>
      </w:pPr>
      <w:r>
        <w:t>Agenda Items &amp; Discussion</w:t>
      </w:r>
    </w:p>
    <w:p w14:paraId="380B670F" w14:textId="77777777" w:rsidR="0035495C" w:rsidRDefault="00000000">
      <w:pPr>
        <w:pStyle w:val="ListParagraph"/>
        <w:numPr>
          <w:ilvl w:val="0"/>
          <w:numId w:val="10"/>
        </w:numPr>
      </w:pPr>
      <w:r>
        <w:t>Call to Order at 5:18 p.m.</w:t>
      </w:r>
    </w:p>
    <w:p w14:paraId="287D78C0" w14:textId="77777777" w:rsidR="0035495C" w:rsidRDefault="0035495C">
      <w:pPr>
        <w:pStyle w:val="ListParagraph"/>
      </w:pPr>
    </w:p>
    <w:p w14:paraId="708E3078" w14:textId="77777777" w:rsidR="0035495C" w:rsidRDefault="00000000">
      <w:pPr>
        <w:pStyle w:val="ListParagraph"/>
        <w:numPr>
          <w:ilvl w:val="0"/>
          <w:numId w:val="10"/>
        </w:numPr>
      </w:pPr>
      <w:r>
        <w:t>Treasurer’s Report</w:t>
      </w:r>
    </w:p>
    <w:p w14:paraId="19E659D1" w14:textId="77777777" w:rsidR="0035495C" w:rsidRDefault="0035495C">
      <w:pPr>
        <w:pStyle w:val="ListParagraph"/>
      </w:pPr>
    </w:p>
    <w:p w14:paraId="351061E5" w14:textId="77777777" w:rsidR="0035495C" w:rsidRDefault="00000000">
      <w:pPr>
        <w:pStyle w:val="ListParagraph"/>
      </w:pPr>
      <w:r>
        <w:t>Parker gave the treasurer’s report and updated members on the money spent on the cell phone for the year.</w:t>
      </w:r>
    </w:p>
    <w:p w14:paraId="50886628" w14:textId="77777777" w:rsidR="0035495C" w:rsidRDefault="0035495C">
      <w:pPr>
        <w:pStyle w:val="ListParagraph"/>
      </w:pPr>
    </w:p>
    <w:p w14:paraId="1BC3EFD0" w14:textId="77777777" w:rsidR="0035495C" w:rsidRDefault="00000000">
      <w:pPr>
        <w:pStyle w:val="ListParagraph"/>
        <w:numPr>
          <w:ilvl w:val="0"/>
          <w:numId w:val="10"/>
        </w:numPr>
      </w:pPr>
      <w:r>
        <w:t>Funding Requests</w:t>
      </w:r>
    </w:p>
    <w:p w14:paraId="46D3CBE3" w14:textId="77777777" w:rsidR="0035495C" w:rsidRDefault="0035495C">
      <w:pPr>
        <w:pStyle w:val="ListParagraph"/>
      </w:pPr>
    </w:p>
    <w:p w14:paraId="4641AEB0" w14:textId="77777777" w:rsidR="0035495C" w:rsidRDefault="00000000">
      <w:pPr>
        <w:pStyle w:val="ListParagraph"/>
      </w:pPr>
      <w:r>
        <w:t>Cluck submitted a funding request of $150 for classroom supplies.  White motioned, Parker seconded, to approve the request.  Motion passed unanimously.</w:t>
      </w:r>
    </w:p>
    <w:p w14:paraId="60D76D01" w14:textId="77777777" w:rsidR="0035495C" w:rsidRDefault="0035495C">
      <w:pPr>
        <w:pStyle w:val="ListParagraph"/>
      </w:pPr>
    </w:p>
    <w:p w14:paraId="437D9BC0" w14:textId="77777777" w:rsidR="0035495C" w:rsidRDefault="00000000">
      <w:pPr>
        <w:pStyle w:val="ListParagraph"/>
        <w:numPr>
          <w:ilvl w:val="0"/>
          <w:numId w:val="10"/>
        </w:numPr>
      </w:pPr>
      <w:r>
        <w:t>RCA Events</w:t>
      </w:r>
    </w:p>
    <w:p w14:paraId="44CCED2A" w14:textId="77777777" w:rsidR="0035495C" w:rsidRDefault="0035495C">
      <w:pPr>
        <w:pStyle w:val="ListParagraph"/>
      </w:pPr>
    </w:p>
    <w:p w14:paraId="04B34AFD" w14:textId="77777777" w:rsidR="0035495C" w:rsidRDefault="00000000">
      <w:pPr>
        <w:pStyle w:val="ListParagraph"/>
      </w:pPr>
      <w:r>
        <w:t>Discussion was had regarding the Halloween carnival.  A date of Friday, October 23, 2026 from 5:00 to 8:00 p.m. was chosen.  Parker motioned, Boyer seconded, to approve a budget of $1,000 for the Halloween carnival.  Motion passed unanimously.  Major motioned, Parker seconded, to approve a budget of $50 for White for the carnival photo backdrop.  Motion passed unanimously.</w:t>
      </w:r>
    </w:p>
    <w:p w14:paraId="6D508082" w14:textId="77777777" w:rsidR="0035495C" w:rsidRDefault="0035495C">
      <w:pPr>
        <w:pStyle w:val="ListParagraph"/>
      </w:pPr>
    </w:p>
    <w:p w14:paraId="445EE8B2" w14:textId="77777777" w:rsidR="0035495C" w:rsidRDefault="00000000">
      <w:pPr>
        <w:pStyle w:val="ListParagraph"/>
      </w:pPr>
      <w:r>
        <w:t>Carnival setup will take place on Thursday, October 22, 2026 in the gym.  An attempt is being made to have college athletes run the carnival games again.  Donation letters have been dropped off to supporting businesses, and members will continue to deliver them.</w:t>
      </w:r>
    </w:p>
    <w:p w14:paraId="0811DD0B" w14:textId="77777777" w:rsidR="0035495C" w:rsidRDefault="0035495C">
      <w:pPr>
        <w:pStyle w:val="ListParagraph"/>
      </w:pPr>
    </w:p>
    <w:p w14:paraId="3059A372" w14:textId="77777777" w:rsidR="0035495C" w:rsidRDefault="00000000">
      <w:pPr>
        <w:pStyle w:val="ListParagraph"/>
      </w:pPr>
      <w:r>
        <w:t xml:space="preserve">White is making a flyer for the carnival that will go out on October 5, 2026.  Members decided to hold a candy drive, with the class collecting the most candy receiving an ice cream party.  Boyer noted that there is plenty of ice cream and </w:t>
      </w:r>
      <w:r>
        <w:lastRenderedPageBreak/>
        <w:t>toppings left from Back to School Night to use for the party.  Presale flyers and cake walk decorating contest flyers will be sent out at the same time.</w:t>
      </w:r>
    </w:p>
    <w:p w14:paraId="79E02BF2" w14:textId="77777777" w:rsidR="0035495C" w:rsidRDefault="0035495C">
      <w:pPr>
        <w:pStyle w:val="ListParagraph"/>
      </w:pPr>
    </w:p>
    <w:p w14:paraId="2802D375" w14:textId="77777777" w:rsidR="0035495C" w:rsidRDefault="00000000">
      <w:pPr>
        <w:pStyle w:val="ListParagraph"/>
      </w:pPr>
      <w:r>
        <w:t>Discussion was had regarding the Panda Express fundraiser.  White set up the fundraiser, and information will go out to the students.  It was set up with a code so that anyone, anywhere can use the code to support RCA.</w:t>
      </w:r>
    </w:p>
    <w:p w14:paraId="0F7702C1" w14:textId="77777777" w:rsidR="0035495C" w:rsidRDefault="0035495C">
      <w:pPr>
        <w:pStyle w:val="ListParagraph"/>
      </w:pPr>
    </w:p>
    <w:p w14:paraId="63B15205" w14:textId="77777777" w:rsidR="0035495C" w:rsidRDefault="00000000">
      <w:pPr>
        <w:pStyle w:val="ListParagraph"/>
      </w:pPr>
      <w:r>
        <w:t>Discussion was had regarding the pumpkin patch field trip.  RCA plans to pay for the pumpkin patch and the bus fee for all students attending.  Major will get in touch with Cluck to get that paid.</w:t>
      </w:r>
    </w:p>
    <w:p w14:paraId="24A47497" w14:textId="77777777" w:rsidR="0035495C" w:rsidRDefault="0035495C">
      <w:pPr>
        <w:pStyle w:val="ListParagraph"/>
      </w:pPr>
    </w:p>
    <w:p w14:paraId="54199879" w14:textId="77777777" w:rsidR="0035495C" w:rsidRDefault="00000000">
      <w:pPr>
        <w:pStyle w:val="ListParagraph"/>
        <w:numPr>
          <w:ilvl w:val="0"/>
          <w:numId w:val="10"/>
        </w:numPr>
      </w:pPr>
      <w:r>
        <w:t>Next Meeting</w:t>
      </w:r>
    </w:p>
    <w:p w14:paraId="74FB4F11" w14:textId="77777777" w:rsidR="0035495C" w:rsidRDefault="00000000">
      <w:pPr>
        <w:ind w:left="720"/>
      </w:pPr>
      <w:r>
        <w:t>The next meeting is scheduled for Tuesday, October 6, 2026 at 5:15, a week earlier than normal due to the Halloween carnival approaching quickly.</w:t>
      </w:r>
    </w:p>
    <w:p w14:paraId="68153BB4" w14:textId="77777777" w:rsidR="0035495C" w:rsidRDefault="00000000">
      <w:r>
        <w:t>Meeting adjourned at 5:51 p.m.</w:t>
      </w:r>
    </w:p>
    <w:p w14:paraId="11A06466" w14:textId="77777777" w:rsidR="0035495C" w:rsidRDefault="0035495C">
      <w:pPr>
        <w:ind w:left="360"/>
      </w:pPr>
    </w:p>
    <w:p w14:paraId="51386822" w14:textId="77777777" w:rsidR="0035495C" w:rsidRDefault="00000000">
      <w:pPr>
        <w:pStyle w:val="Heading2"/>
      </w:pPr>
      <w:r>
        <w:t>Next Meeting</w:t>
      </w:r>
    </w:p>
    <w:p w14:paraId="7BFFBA56" w14:textId="77777777" w:rsidR="0035495C" w:rsidRDefault="00000000">
      <w:r>
        <w:t>Date: October 6, 2026 at Richmond School Library</w:t>
      </w:r>
    </w:p>
    <w:p w14:paraId="1C9C7B37" w14:textId="77777777" w:rsidR="0035495C" w:rsidRDefault="00000000">
      <w:r>
        <w:t>Time: 5:15 PM</w:t>
      </w:r>
    </w:p>
    <w:p w14:paraId="3A2FBE21" w14:textId="77777777" w:rsidR="0035495C" w:rsidRDefault="00000000">
      <w:pPr>
        <w:pStyle w:val="Heading2"/>
      </w:pPr>
      <w:r>
        <w:t>Approval Signatures</w:t>
      </w:r>
    </w:p>
    <w:p w14:paraId="549DC6F6" w14:textId="77777777" w:rsidR="0035495C" w:rsidRDefault="00000000">
      <w:r>
        <w:br/>
        <w:t>__________________________</w:t>
      </w:r>
      <w:r>
        <w:br/>
        <w:t>Chairperson Signature</w:t>
      </w:r>
    </w:p>
    <w:p w14:paraId="43E6B671" w14:textId="77777777" w:rsidR="0035495C" w:rsidRDefault="00000000">
      <w:r>
        <w:br/>
        <w:t>__________________________</w:t>
      </w:r>
      <w:r>
        <w:br/>
        <w:t>Secretary Signature</w:t>
      </w:r>
    </w:p>
    <w:sectPr w:rsidR="0035495C" w:rsidSect="00C21D14">
      <w:type w:val="continuous"/>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F40822" w14:textId="77777777" w:rsidR="003964F8" w:rsidRDefault="003964F8">
      <w:pPr>
        <w:spacing w:after="0" w:line="240" w:lineRule="auto"/>
      </w:pPr>
      <w:r>
        <w:separator/>
      </w:r>
    </w:p>
  </w:endnote>
  <w:endnote w:type="continuationSeparator" w:id="0">
    <w:p w14:paraId="193B1926" w14:textId="77777777" w:rsidR="003964F8" w:rsidRDefault="003964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726DF0" w14:textId="77777777" w:rsidR="003964F8" w:rsidRDefault="003964F8">
      <w:pPr>
        <w:spacing w:after="0" w:line="240" w:lineRule="auto"/>
      </w:pPr>
      <w:r>
        <w:separator/>
      </w:r>
    </w:p>
  </w:footnote>
  <w:footnote w:type="continuationSeparator" w:id="0">
    <w:p w14:paraId="427CB319" w14:textId="77777777" w:rsidR="003964F8" w:rsidRDefault="003964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E96F9" w14:textId="77777777" w:rsidR="00B63845" w:rsidRDefault="00535009">
    <w:pPr>
      <w:pStyle w:val="Header"/>
      <w:jc w:val="center"/>
    </w:pPr>
    <w:r>
      <w:t>Richmond Community Association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8E4188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151537A"/>
    <w:multiLevelType w:val="hybridMultilevel"/>
    <w:tmpl w:val="FA9A91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1756DB0"/>
    <w:multiLevelType w:val="hybridMultilevel"/>
    <w:tmpl w:val="973A0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5653819">
    <w:abstractNumId w:val="8"/>
  </w:num>
  <w:num w:numId="2" w16cid:durableId="1606696043">
    <w:abstractNumId w:val="6"/>
  </w:num>
  <w:num w:numId="3" w16cid:durableId="1634483671">
    <w:abstractNumId w:val="5"/>
  </w:num>
  <w:num w:numId="4" w16cid:durableId="1557160165">
    <w:abstractNumId w:val="4"/>
  </w:num>
  <w:num w:numId="5" w16cid:durableId="1921403976">
    <w:abstractNumId w:val="7"/>
  </w:num>
  <w:num w:numId="6" w16cid:durableId="666785065">
    <w:abstractNumId w:val="3"/>
  </w:num>
  <w:num w:numId="7" w16cid:durableId="1375226561">
    <w:abstractNumId w:val="2"/>
  </w:num>
  <w:num w:numId="8" w16cid:durableId="1958944755">
    <w:abstractNumId w:val="1"/>
  </w:num>
  <w:num w:numId="9" w16cid:durableId="1574003720">
    <w:abstractNumId w:val="0"/>
  </w:num>
  <w:num w:numId="10" w16cid:durableId="1474903463">
    <w:abstractNumId w:val="9"/>
  </w:num>
  <w:num w:numId="11" w16cid:durableId="1361900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50B5"/>
    <w:rsid w:val="00034616"/>
    <w:rsid w:val="00034839"/>
    <w:rsid w:val="00045F6C"/>
    <w:rsid w:val="00046222"/>
    <w:rsid w:val="00052276"/>
    <w:rsid w:val="0006063C"/>
    <w:rsid w:val="00062210"/>
    <w:rsid w:val="00063F67"/>
    <w:rsid w:val="0006404E"/>
    <w:rsid w:val="00064117"/>
    <w:rsid w:val="00074F37"/>
    <w:rsid w:val="00080A27"/>
    <w:rsid w:val="00082F4F"/>
    <w:rsid w:val="0008507F"/>
    <w:rsid w:val="000B41B5"/>
    <w:rsid w:val="000C2506"/>
    <w:rsid w:val="000C50E7"/>
    <w:rsid w:val="000D026D"/>
    <w:rsid w:val="000D4813"/>
    <w:rsid w:val="000E1AFF"/>
    <w:rsid w:val="000E67F5"/>
    <w:rsid w:val="000F2E3B"/>
    <w:rsid w:val="000F3D42"/>
    <w:rsid w:val="000F41AE"/>
    <w:rsid w:val="00101FBF"/>
    <w:rsid w:val="00103E8B"/>
    <w:rsid w:val="00110059"/>
    <w:rsid w:val="00120322"/>
    <w:rsid w:val="00144A6D"/>
    <w:rsid w:val="0015074B"/>
    <w:rsid w:val="001543F3"/>
    <w:rsid w:val="00154FC6"/>
    <w:rsid w:val="001655B3"/>
    <w:rsid w:val="00165E09"/>
    <w:rsid w:val="00166DAC"/>
    <w:rsid w:val="001757F5"/>
    <w:rsid w:val="00176684"/>
    <w:rsid w:val="001921DC"/>
    <w:rsid w:val="001973E2"/>
    <w:rsid w:val="001C3595"/>
    <w:rsid w:val="001E208E"/>
    <w:rsid w:val="001E2142"/>
    <w:rsid w:val="001E2C1B"/>
    <w:rsid w:val="001F023A"/>
    <w:rsid w:val="001F034A"/>
    <w:rsid w:val="001F76F5"/>
    <w:rsid w:val="0020513B"/>
    <w:rsid w:val="00205A56"/>
    <w:rsid w:val="00205CCF"/>
    <w:rsid w:val="00212318"/>
    <w:rsid w:val="002452D0"/>
    <w:rsid w:val="00246322"/>
    <w:rsid w:val="002526AC"/>
    <w:rsid w:val="0025433F"/>
    <w:rsid w:val="002662C2"/>
    <w:rsid w:val="0026791C"/>
    <w:rsid w:val="002830C7"/>
    <w:rsid w:val="002847DD"/>
    <w:rsid w:val="00290D2D"/>
    <w:rsid w:val="00295D77"/>
    <w:rsid w:val="0029639D"/>
    <w:rsid w:val="002A0EDE"/>
    <w:rsid w:val="002A3556"/>
    <w:rsid w:val="002B1FAA"/>
    <w:rsid w:val="002C7822"/>
    <w:rsid w:val="002C7BA1"/>
    <w:rsid w:val="002E2447"/>
    <w:rsid w:val="002F4DD1"/>
    <w:rsid w:val="002F66AC"/>
    <w:rsid w:val="00305295"/>
    <w:rsid w:val="00307EC5"/>
    <w:rsid w:val="003241AB"/>
    <w:rsid w:val="00326F90"/>
    <w:rsid w:val="003420A0"/>
    <w:rsid w:val="00342B99"/>
    <w:rsid w:val="0035495C"/>
    <w:rsid w:val="003557E5"/>
    <w:rsid w:val="0035661E"/>
    <w:rsid w:val="00360856"/>
    <w:rsid w:val="003608BB"/>
    <w:rsid w:val="00361955"/>
    <w:rsid w:val="00361B09"/>
    <w:rsid w:val="00391925"/>
    <w:rsid w:val="00392881"/>
    <w:rsid w:val="003964F8"/>
    <w:rsid w:val="003B0F8F"/>
    <w:rsid w:val="003B198D"/>
    <w:rsid w:val="003B5DA2"/>
    <w:rsid w:val="003C5244"/>
    <w:rsid w:val="003D0AC4"/>
    <w:rsid w:val="003D457C"/>
    <w:rsid w:val="003E1312"/>
    <w:rsid w:val="003E3DD0"/>
    <w:rsid w:val="003F0B4C"/>
    <w:rsid w:val="003F424E"/>
    <w:rsid w:val="003F49C2"/>
    <w:rsid w:val="003F5CF7"/>
    <w:rsid w:val="004032CD"/>
    <w:rsid w:val="004069FE"/>
    <w:rsid w:val="004358D2"/>
    <w:rsid w:val="00455689"/>
    <w:rsid w:val="00481D49"/>
    <w:rsid w:val="004822B4"/>
    <w:rsid w:val="004871A5"/>
    <w:rsid w:val="00493D68"/>
    <w:rsid w:val="004A1D84"/>
    <w:rsid w:val="004A40B3"/>
    <w:rsid w:val="004A4A2C"/>
    <w:rsid w:val="004B10D4"/>
    <w:rsid w:val="004B760E"/>
    <w:rsid w:val="004D0F07"/>
    <w:rsid w:val="004D1E56"/>
    <w:rsid w:val="004D63A0"/>
    <w:rsid w:val="004E1F33"/>
    <w:rsid w:val="004E4256"/>
    <w:rsid w:val="004E6239"/>
    <w:rsid w:val="004F6130"/>
    <w:rsid w:val="00512F04"/>
    <w:rsid w:val="0052258C"/>
    <w:rsid w:val="00530D64"/>
    <w:rsid w:val="0053481F"/>
    <w:rsid w:val="00535009"/>
    <w:rsid w:val="00551A85"/>
    <w:rsid w:val="00552906"/>
    <w:rsid w:val="005554E2"/>
    <w:rsid w:val="00573863"/>
    <w:rsid w:val="00580C2C"/>
    <w:rsid w:val="00581436"/>
    <w:rsid w:val="005B17F9"/>
    <w:rsid w:val="005B439F"/>
    <w:rsid w:val="005C2649"/>
    <w:rsid w:val="005D313D"/>
    <w:rsid w:val="005F196D"/>
    <w:rsid w:val="005F2496"/>
    <w:rsid w:val="005F3B88"/>
    <w:rsid w:val="005F5EDB"/>
    <w:rsid w:val="006046D2"/>
    <w:rsid w:val="00605C3C"/>
    <w:rsid w:val="00607073"/>
    <w:rsid w:val="00607091"/>
    <w:rsid w:val="00614521"/>
    <w:rsid w:val="00624B1C"/>
    <w:rsid w:val="00626EE2"/>
    <w:rsid w:val="00627550"/>
    <w:rsid w:val="00634504"/>
    <w:rsid w:val="006412B8"/>
    <w:rsid w:val="006516E9"/>
    <w:rsid w:val="00661F95"/>
    <w:rsid w:val="00681B4A"/>
    <w:rsid w:val="006957C7"/>
    <w:rsid w:val="006979C1"/>
    <w:rsid w:val="00697A17"/>
    <w:rsid w:val="006B11F5"/>
    <w:rsid w:val="007258D1"/>
    <w:rsid w:val="0073251B"/>
    <w:rsid w:val="00744585"/>
    <w:rsid w:val="00753669"/>
    <w:rsid w:val="0076025F"/>
    <w:rsid w:val="0077689B"/>
    <w:rsid w:val="00777C32"/>
    <w:rsid w:val="007837B8"/>
    <w:rsid w:val="00791143"/>
    <w:rsid w:val="007B6214"/>
    <w:rsid w:val="007D5534"/>
    <w:rsid w:val="007E410F"/>
    <w:rsid w:val="008037E3"/>
    <w:rsid w:val="008160D4"/>
    <w:rsid w:val="00820179"/>
    <w:rsid w:val="008353AF"/>
    <w:rsid w:val="008420BF"/>
    <w:rsid w:val="00842B76"/>
    <w:rsid w:val="00845F05"/>
    <w:rsid w:val="00850C8D"/>
    <w:rsid w:val="00851477"/>
    <w:rsid w:val="00851581"/>
    <w:rsid w:val="00851C37"/>
    <w:rsid w:val="00861EBF"/>
    <w:rsid w:val="008651AC"/>
    <w:rsid w:val="008723B3"/>
    <w:rsid w:val="00874841"/>
    <w:rsid w:val="00877A45"/>
    <w:rsid w:val="00885539"/>
    <w:rsid w:val="008A0548"/>
    <w:rsid w:val="008A1EFC"/>
    <w:rsid w:val="008B0509"/>
    <w:rsid w:val="008B1C27"/>
    <w:rsid w:val="008C2BD8"/>
    <w:rsid w:val="008D0E41"/>
    <w:rsid w:val="008D101D"/>
    <w:rsid w:val="008D2E32"/>
    <w:rsid w:val="008E4B37"/>
    <w:rsid w:val="008E71E1"/>
    <w:rsid w:val="008F3BBF"/>
    <w:rsid w:val="00912508"/>
    <w:rsid w:val="009149DA"/>
    <w:rsid w:val="00917F18"/>
    <w:rsid w:val="0093323E"/>
    <w:rsid w:val="00940409"/>
    <w:rsid w:val="0094100A"/>
    <w:rsid w:val="0094619D"/>
    <w:rsid w:val="00946BF1"/>
    <w:rsid w:val="009775C8"/>
    <w:rsid w:val="00984102"/>
    <w:rsid w:val="0098541C"/>
    <w:rsid w:val="009855F2"/>
    <w:rsid w:val="00986A91"/>
    <w:rsid w:val="009A031C"/>
    <w:rsid w:val="009A7261"/>
    <w:rsid w:val="009B12D8"/>
    <w:rsid w:val="009C2F1C"/>
    <w:rsid w:val="009D070A"/>
    <w:rsid w:val="009D2554"/>
    <w:rsid w:val="009E6C10"/>
    <w:rsid w:val="009F4F51"/>
    <w:rsid w:val="009F750D"/>
    <w:rsid w:val="00A02519"/>
    <w:rsid w:val="00A04B07"/>
    <w:rsid w:val="00A11BFF"/>
    <w:rsid w:val="00A24C5F"/>
    <w:rsid w:val="00A34495"/>
    <w:rsid w:val="00A424DB"/>
    <w:rsid w:val="00A428EC"/>
    <w:rsid w:val="00A431ED"/>
    <w:rsid w:val="00A43303"/>
    <w:rsid w:val="00A43DFF"/>
    <w:rsid w:val="00A5457B"/>
    <w:rsid w:val="00A54AD1"/>
    <w:rsid w:val="00A56103"/>
    <w:rsid w:val="00A5760E"/>
    <w:rsid w:val="00A61845"/>
    <w:rsid w:val="00A70B0B"/>
    <w:rsid w:val="00A82732"/>
    <w:rsid w:val="00A866A4"/>
    <w:rsid w:val="00AA131F"/>
    <w:rsid w:val="00AA1D8D"/>
    <w:rsid w:val="00AC160B"/>
    <w:rsid w:val="00AC6339"/>
    <w:rsid w:val="00AE61C6"/>
    <w:rsid w:val="00B1163E"/>
    <w:rsid w:val="00B333B2"/>
    <w:rsid w:val="00B35F91"/>
    <w:rsid w:val="00B377F2"/>
    <w:rsid w:val="00B42C79"/>
    <w:rsid w:val="00B47730"/>
    <w:rsid w:val="00B63300"/>
    <w:rsid w:val="00B63845"/>
    <w:rsid w:val="00B65286"/>
    <w:rsid w:val="00B65BB2"/>
    <w:rsid w:val="00B70AB7"/>
    <w:rsid w:val="00B74C9F"/>
    <w:rsid w:val="00B77F88"/>
    <w:rsid w:val="00B87AA6"/>
    <w:rsid w:val="00B93C29"/>
    <w:rsid w:val="00BA032F"/>
    <w:rsid w:val="00BA6372"/>
    <w:rsid w:val="00BE5330"/>
    <w:rsid w:val="00BE5557"/>
    <w:rsid w:val="00BF01FB"/>
    <w:rsid w:val="00BF157A"/>
    <w:rsid w:val="00BF26A5"/>
    <w:rsid w:val="00BF454D"/>
    <w:rsid w:val="00BF4E5B"/>
    <w:rsid w:val="00BF6E70"/>
    <w:rsid w:val="00C04DD9"/>
    <w:rsid w:val="00C05DE5"/>
    <w:rsid w:val="00C15708"/>
    <w:rsid w:val="00C21601"/>
    <w:rsid w:val="00C21D14"/>
    <w:rsid w:val="00C25A1C"/>
    <w:rsid w:val="00C35388"/>
    <w:rsid w:val="00C42A21"/>
    <w:rsid w:val="00C46E1F"/>
    <w:rsid w:val="00C57E1C"/>
    <w:rsid w:val="00C6617F"/>
    <w:rsid w:val="00C6795E"/>
    <w:rsid w:val="00C8627D"/>
    <w:rsid w:val="00C874C8"/>
    <w:rsid w:val="00CA16E6"/>
    <w:rsid w:val="00CB0664"/>
    <w:rsid w:val="00CB7C07"/>
    <w:rsid w:val="00CB7F3C"/>
    <w:rsid w:val="00CC7AD3"/>
    <w:rsid w:val="00CF048C"/>
    <w:rsid w:val="00CF50AF"/>
    <w:rsid w:val="00D03E6E"/>
    <w:rsid w:val="00D04BD5"/>
    <w:rsid w:val="00D1132B"/>
    <w:rsid w:val="00D25273"/>
    <w:rsid w:val="00D51318"/>
    <w:rsid w:val="00D71911"/>
    <w:rsid w:val="00D73251"/>
    <w:rsid w:val="00D803A2"/>
    <w:rsid w:val="00D8129A"/>
    <w:rsid w:val="00D86AF4"/>
    <w:rsid w:val="00D95044"/>
    <w:rsid w:val="00DA1699"/>
    <w:rsid w:val="00DA346C"/>
    <w:rsid w:val="00DA73AB"/>
    <w:rsid w:val="00DA74F1"/>
    <w:rsid w:val="00DB3E62"/>
    <w:rsid w:val="00DB5E6B"/>
    <w:rsid w:val="00DB6662"/>
    <w:rsid w:val="00DC27EE"/>
    <w:rsid w:val="00DD30B2"/>
    <w:rsid w:val="00DD5772"/>
    <w:rsid w:val="00DD6E3C"/>
    <w:rsid w:val="00DE1E1E"/>
    <w:rsid w:val="00DE29AA"/>
    <w:rsid w:val="00E06C19"/>
    <w:rsid w:val="00E1155D"/>
    <w:rsid w:val="00E130C6"/>
    <w:rsid w:val="00E17410"/>
    <w:rsid w:val="00E2495A"/>
    <w:rsid w:val="00E35422"/>
    <w:rsid w:val="00E374DF"/>
    <w:rsid w:val="00E46CA9"/>
    <w:rsid w:val="00E51A7F"/>
    <w:rsid w:val="00E56DBC"/>
    <w:rsid w:val="00E63CDF"/>
    <w:rsid w:val="00E74D7F"/>
    <w:rsid w:val="00E84DED"/>
    <w:rsid w:val="00EA18BC"/>
    <w:rsid w:val="00EB1E2B"/>
    <w:rsid w:val="00EB37B0"/>
    <w:rsid w:val="00EC76C4"/>
    <w:rsid w:val="00ED0B84"/>
    <w:rsid w:val="00ED67FB"/>
    <w:rsid w:val="00EE4FE4"/>
    <w:rsid w:val="00EF5F38"/>
    <w:rsid w:val="00F04466"/>
    <w:rsid w:val="00F056B0"/>
    <w:rsid w:val="00F13C84"/>
    <w:rsid w:val="00F23B53"/>
    <w:rsid w:val="00F34235"/>
    <w:rsid w:val="00F449F7"/>
    <w:rsid w:val="00F60AA1"/>
    <w:rsid w:val="00F72C9D"/>
    <w:rsid w:val="00F93D10"/>
    <w:rsid w:val="00FA160D"/>
    <w:rsid w:val="00FA2E1C"/>
    <w:rsid w:val="00FC0823"/>
    <w:rsid w:val="00FC3633"/>
    <w:rsid w:val="00FC64C4"/>
    <w:rsid w:val="00FC693F"/>
    <w:rsid w:val="00FD0FD0"/>
    <w:rsid w:val="00FD37C4"/>
    <w:rsid w:val="00FD387A"/>
    <w:rsid w:val="00FD5F33"/>
    <w:rsid w:val="00FD65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C5CD79"/>
  <w14:defaultImageDpi w14:val="300"/>
  <w15:docId w15:val="{E3446769-715F-4956-ACCC-6C580AFCC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357</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Brian Boyer</cp:lastModifiedBy>
  <cp:revision>2</cp:revision>
  <cp:lastPrinted>2026-01-29T21:48:00Z</cp:lastPrinted>
  <dcterms:created xsi:type="dcterms:W3CDTF">2026-10-06T23:44:00Z</dcterms:created>
  <dcterms:modified xsi:type="dcterms:W3CDTF">2026-10-06T23:44:00Z</dcterms:modified>
  <cp:category/>
</cp:coreProperties>
</file>